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0"/>
        <w:jc w:val="center"/>
      </w:pPr>
      <w:r>
        <w:rPr>
          <w:rFonts w:ascii="Times New Roman" w:hAnsi="Times New Roman" w:eastAsia="Times New Roman"/>
          <w:b/>
          <w:sz w:val="24"/>
        </w:rPr>
        <w:t>Anexo III Modelo e diretrizes para resenhas</w:t>
      </w:r>
    </w:p>
    <w:p>
      <w:pPr>
        <w:spacing w:line="360" w:lineRule="auto" w:after="0"/>
        <w:jc w:val="center"/>
      </w:pPr>
      <w:r>
        <w:rPr>
          <w:rFonts w:ascii="Times New Roman" w:hAnsi="Times New Roman" w:eastAsia="Times New Roman"/>
          <w:b/>
          <w:sz w:val="24"/>
        </w:rPr>
        <w:t>[TÍTULO DA RESENHA EM PORTUGUÊS: SUBTÍTULO, SE HOUVER]</w:t>
      </w:r>
    </w:p>
    <w:p>
      <w:pPr>
        <w:spacing w:line="360" w:lineRule="auto" w:after="0"/>
        <w:jc w:val="center"/>
      </w:pPr>
      <w:r>
        <w:rPr>
          <w:rFonts w:ascii="Times New Roman" w:hAnsi="Times New Roman" w:eastAsia="Times New Roman"/>
          <w:b/>
          <w:sz w:val="24"/>
        </w:rPr>
        <w:t>[Title of the review in English: subtitle, if any]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[SOBRENOME, Nome do autor da obra. Título da obra: subtítulo. Local: Editora, ano. 000 p. ISBN 000.]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Palavras-chave: [Palavra 1]. [Palavra 2]. [Palavra 3].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Keywords: [Keyword 1]. [Keyword 2]. [Keyword 3].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[A resenha é dispensada de resumo. O texto começa aqui, em prosa corrida, sem divisão em seções numeradas. Apresente o autor da obra, seu lugar no campo e a relevância do livro.]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[Exponha a estrutura da obra, seus argumentos centrais e o percurso da argumentação.]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[Avalie criticamente: contribuições, limites, tensões teóricas e o público a que a obra se dirige. A apreciação crítica é obrigatória, e a resenha meramente descritiva é rejeitada.]</w:t>
      </w:r>
    </w:p>
    <w:p>
      <w:pPr>
        <w:spacing w:line="240" w:lineRule="auto" w:after="0"/>
        <w:ind w:left="2268"/>
        <w:jc w:val="both"/>
      </w:pPr>
      <w:r>
        <w:rPr>
          <w:rFonts w:ascii="Times New Roman" w:hAnsi="Times New Roman" w:eastAsia="Times New Roman"/>
          <w:sz w:val="22"/>
        </w:rPr>
        <w:t>[Citação com mais de três linhas: recuo de 4 cm, corpo 11, espaçamento simples, sem aspas.] (Sobrenome, ano, p. 45).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[Feche relacionando a obra ao debate atual da Ciência da Religião.]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Referências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[Apenas quando forem citadas outras obras além da resenhada. Ordem alfabética, corpo 12, alinhadas à esquerda, espaçamento simples, sem travessão.]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SOBRENOME, Nome. Título do livro: subtítulo. Local: Editora, ano.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1. O que a revista entende por resenha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Texto acadêmico que apresenta, analisa e avalia criticamente uma obra publicada, de relevância para a Ciência da Religião e áreas afins.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É vedada a resenha que apenas descreve ou resume a obra. A resenha crítica contextualiza o livro no campo, identifica seus argumentos centrais, aponta méritos e limites e dialoga com a bibliografia da área.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 obra resenhada deve, preferencialmente, ter sido publicada nos últimos dois anos, ou ser tradução recente inédita no Brasil.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2. Extensão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De 2.000 a 3.000 palavras, incluindo os dados bibliográficos, as notas e as referências.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Textos fora desse intervalo serão devolvidos antes da avaliação de conteúdo.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3. Elementos obrigatórios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Referência completa da obra resenhada no início do texto, em negrito, conforme a ABNT NBR 6023.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Título da resenha em português e em inglês.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Palavras-chave em português e em inglês, no mínimo três e no máximo cinco.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Corpo do texto em prosa corrida, sem divisão obrigatória em seções numeradas.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Referências ao final, quando outras obras além da resenhada forem citadas.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 resenha é dispensada de resumo e de abstract.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4. Autoria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 resenha não passa por avaliação duplo-cega, e o nome da autoria é publicado junto ao texto. Ainda assim, o arquivo submetido não pode trazer dado identificador: a identificação vai apenas nos metadados do sistema.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São aceitas resenhas de autoria única ou de até dois autores.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5. Citações e localizador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Até três linhas, entre aspas duplas no corpo do texto. Acima de três linhas, recuo de 4 cm, corpo 11, espaçamento simples e sem aspas.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Toda citação, direta ou indireta, precisa de localizador. Além da página (p.), admitem-se cap., § e loc., e passim quando a ideia citada atravessa estruturalmente a obra.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6. Formatação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Arquivo .docx, papel A4, margens de 3 cm nos quatro lados, Times New Roman 12 e entrelinhas 1,5. Citações longas em corpo 11 e notas de rodapé em corpo 10, ambas em espaçamento simples.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7. Avaliação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 decisão é da Comissão Editorial, sem envio a pareceristas externos. Pesam a conformidade com estas normas, a qualidade crítica e analítica, a relevância da obra para o campo e o uso correto das normas da ABNT.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b/>
          <w:sz w:val="24"/>
        </w:rPr>
        <w:t>Checklist antes de enviar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a) O arquivo está em .docx, Times New Roman 12, entrelinhas 1,5 e margens de 3 cm.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b) O texto tem de 2.000 a 3.000 palavras, contando dados bibliográficos e referências.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c) A referência completa da obra resenhada abre o texto, em negrito.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d) Há título e palavras-chave em português e em inglês.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e) O texto vai além da descrição e apresenta apreciação crítica própria.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f) Toda citação, direta ou indireta, tem localizador.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g) Nenhum dado identificador ficou no arquivo ou em suas propriedades.</w:t>
      </w:r>
    </w:p>
    <w:p>
      <w:pPr>
        <w:spacing w:line="360" w:lineRule="auto" w:after="0"/>
        <w:jc w:val="both"/>
      </w:pPr>
      <w:r>
        <w:rPr>
          <w:rFonts w:ascii="Times New Roman" w:hAnsi="Times New Roman" w:eastAsia="Times New Roman"/>
          <w:sz w:val="24"/>
        </w:rPr>
        <w:t>h) Os campos de orientação foram substituídos e as instruções de preenchimento foram apagadas.</w:t>
      </w:r>
    </w:p>
    <w:sectPr w:rsidR="00FC693F" w:rsidRPr="0006063C" w:rsidSect="00034616">
      <w:pgSz w:w="12240" w:h="15840"/>
      <w:pgMar w:top="1701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