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0"/>
        <w:jc w:val="center"/>
      </w:pPr>
      <w:r>
        <w:rPr>
          <w:rFonts w:ascii="Times New Roman" w:hAnsi="Times New Roman" w:eastAsia="Times New Roman"/>
          <w:b/>
          <w:sz w:val="24"/>
        </w:rPr>
        <w:t>Anexo I Modelo e diretrizes para artigos</w:t>
      </w:r>
    </w:p>
    <w:p>
      <w:pPr>
        <w:spacing w:line="360" w:lineRule="auto" w:after="0"/>
        <w:jc w:val="center"/>
      </w:pPr>
      <w:r>
        <w:rPr>
          <w:rFonts w:ascii="Times New Roman" w:hAnsi="Times New Roman" w:eastAsia="Times New Roman"/>
          <w:b/>
          <w:sz w:val="24"/>
        </w:rPr>
        <w:t>[TÍTULO DO ARTIGO EM PORTUGUÊS: SUBTÍTULO, SE HOUVER]</w:t>
      </w:r>
    </w:p>
    <w:p>
      <w:pPr>
        <w:spacing w:line="360" w:lineRule="auto" w:after="0"/>
        <w:jc w:val="center"/>
      </w:pPr>
      <w:r>
        <w:rPr>
          <w:rFonts w:ascii="Times New Roman" w:hAnsi="Times New Roman" w:eastAsia="Times New Roman"/>
          <w:b/>
          <w:sz w:val="24"/>
        </w:rPr>
        <w:t>[Title in English: subtitle, if any]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Resumo: [Texto do resumo em português, de 150 a 200 palavras, em parágrafo único, espaçamento simples, sem recuo, sem citações. Deve informar o objetivo, a metodologia, os resultados e as considerações finais.]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Palavras-chave: [Palavra 1]. [Palavra 2]. [Palavra 3]. [Palavra 4]. [Palavra 5].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Abstract: [Abstract in English, 150 to 200 words, mirroring the Portuguese abstract.]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Keywords: [Keyword 1]. [Keyword 2]. [Keyword 3]. [Keyword 4]. [Keyword 5].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Introdução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[Apresente o tema, o problema, a questão norteadora e as hipóteses. Exponha os objetivos e justifique a relevância acadêmica e social do estudo. Feche indicando como o artigo está organizado.]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[Escreva o texto em Times New Roman 12, justificado, entrelinhas 1,5 e recuo de primeira linha.]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1. Desenvolvimento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[Parte principal do artigo, com a fundamentação teórica, a metodologia, os resultados e a discussão. A divisão em seções e subseções fica a critério da autoria, quando utilizadas, as mesmas deverão ser numeradas (vide exemplo). Os títulos de seção usam o mesmo corpo 12 do texto.]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Exemplo, seções e subseções: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1. A sacralização do mundo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1.1. A secularização foi universal?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- Citação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[Citação direta de até três linhas fica no corpo do texto, entre aspas duplas: "texto citado" (Sobrenome, ano, p. 45). Citação indireta também precisa de localizador (Sobrenome, ano, p. 45). Abaixo, o formato da citação com mais de três linhas.]</w:t>
      </w:r>
    </w:p>
    <w:p>
      <w:pPr>
        <w:spacing w:line="240" w:lineRule="auto" w:after="0"/>
        <w:ind w:left="2268"/>
        <w:jc w:val="both"/>
      </w:pPr>
      <w:r>
        <w:rPr>
          <w:rFonts w:ascii="Times New Roman" w:hAnsi="Times New Roman" w:eastAsia="Times New Roman"/>
          <w:sz w:val="22"/>
        </w:rPr>
        <w:t>[Citação com mais de três linhas: recuo de 4 cm da margem esquerda, Times New Roman 11, espaçamento simples e sem aspas. Aplique essas especificações ao manuscrito.] (Sobrenome, ano, p. 45).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[Retome o texto normalmente depois da citação.]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2. Considerações finais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[Apresente as conclusões, ainda que parciais, respondendo às questões da pesquisa e aos objetivos. Seja breve. Aponte limites do estudo e caminhos para pesquisas futuras.]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Referências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[Ordem alfabética, Times New Roman 12, alinhadas à esquerda, espaçamento simples, separadas entre si por uma linha em branco. Não use travessão para repetir autoria.]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ASSOCIAÇÃO BRASILEIRA DE NORMAS TÉCNICAS. NBR 10520: informação e documentação: citações em documentos: apresentação. Rio de Janeiro: ABNT, 2023.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SOBRENOME, Nome. Título do livro: subtítulo. Edição. Local: Editora, ano.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SOBRENOME, Nome. Título do artigo. Nome do Periódico, local, v. 00, n. 0, p. 00-00, ano. Disponível em: https://doi.org/10.0000/000000. Acesso em: 00 mês abrev. ano.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Declarações (quando aplicável)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[Mantenha apenas as que se aplicarem ao seu texto e apague as demais.]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Conflito de interesses: [a autoria declara não haver conflito de interesses.]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Ética em pesquisa: [pesquisa aprovada pelo Comitê de Ética em Pesquisa, parecer nº 000, CAAE 000.]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Financiamento: [apoio da CAPES, código 001 / FAPEMIG / CNPq, processo nº 000.]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1. Título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Obrigatório em português e em outro idioma. Deve ser claro e conciso, e o subtítulo, quando houver, vem depois de dois-pontos.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2. Identificação da autoria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O arquivo submetido não pode conter nome, filiação, ORCID, e-mail nem qualquer referência que identifique a autoria, inclusive em agradecimentos e nas propriedades do arquivo. Esses dados vão apenas nos metadados da submissão no OJS.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São aceitos no máximo 3 autores por submissão, com titulação mínima de bacharelado, licenciatura, especialização, mestrado, doutorado ou pós-doutorado.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3. Resumo e palavras-chave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O resumo tem de 150 a 200 palavras, em parágrafo único e em terceira pessoa do singular, informando objetivo, metodologia, resultados e considerações finais. Frases concisas e afirmativas, sem citações.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O abstract é a versão do resumo em outro idioma. A revista aceita textos em português, inglês e espanhol.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4. Introdução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Apresenta o tema, os objetivos, o problema investigado e as hipóteses ou questões principais, além da justificativa do tema, com sua importância social e científica.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5. Desenvolvimento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Reúne a fundamentação teórica, a metodologia, os resultados e a discussão. A estrutura interna é livre. Os títulos de seções e subseções ficam no mesmo corpo 12 do texto.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6. Citações e localizador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Até três linhas, no corpo do texto, entre aspas duplas. Acima de três linhas, recuo de 4 cm da margem esquerda, corpo 11, espaçamento simples e sem aspas.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Toda citação, direta ou indireta, precisa de localizador. Além da página (p.), a revista admite cap., §, loc. e passim, este último quando a ideia citada atravessa estruturalmente a obra, grafado em itálico depois do ano: (Foucault, 1987, passim).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 ausência de localizador pode acarretar a recusa do artigo já na pré-avaliação, conforme o art. 11, § 1º do Estatuto.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 citação traz o sobrenome, o ano e o localizador: (Otto, 1997, p. 29). Sobrenomes coincidentes recebem a inicial do prenome, e, persistindo a coincidência, o prenome por extenso. Vários autores são separados por ponto e vírgula. Com mais de três autores, o et al. é opcional. Obras do mesmo ano recebem letras minúsculas: (Costa, 2020a, 2020b).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O ponto final encerra a frase, não a citação: "texto citado" (Gebara, 2023, p. 64).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7. Imagens e tabelas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 legenda vem o mais próximo possível do texto a que se refere. Havendo mais de uma ilustração, numere em algarismos arábicos e em sequência, precedidas da palavra correspondente: Figura 1, Gráfico 1, Tabela 1.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Depois da numeração vem um título que descreva o conteúdo sem exigir consulta ao texto. A fonte é obrigatória, mesmo quando a ilustração for de elaboração própria, segue as normas de citação e entra na lista de referências.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8. Notas de rodapé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Explicativas e restritas ao necessário, digitadas dentro da margem, corpo 10, espaçamento simples. Não use nota apenas para referência.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9. Considerações finais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Apresentam as conclusões, ainda que parciais, respondendo às questões da pesquisa e aos objetivos. Devem ser breves e podem trazer recomendações e sugestões para trabalhos futuros.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10. Referências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Seguem a ABNT e o Manual de Normalização da UFJF, em ordem alfabética, corpo 12, alinhadas à esquerda, espaçamento simples e separadas entre si por uma linha em branco.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Havendo mais de uma obra da mesma autoria, liste em ordem cronológica e repita o sobrenome completo. O travessão não é aceito.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Inclua o DOI em formato de link ativo sempre que houver.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11. Declarações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Conflito de interesses, aprovação em Comitê de Ética e financiamento, quando se aplicarem. Apague as que não couberem.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12. Extensão e formatação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De 7.000 a 10.000 palavras, contando os elementos pré-textuais e pós-textuais.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Papel A4, margens de 3 cm nos quatro lados, Times New Roman 12 justificado, entrelinhas 1,5. As exceções são as citações com mais de três linhas, as legendas e fontes de ilustrações, em corpo 11, e as notas de rodapé, em corpo 10. As referências ficam em espaçamento simples.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Checklist antes de enviar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a) O arquivo está em .docx, Times New Roman 12, entrelinhas 1,5 e margens de 3 cm.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b) O texto tem de 7.000 a 10.000 palavras.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c) Há título, resumo de 150 a 200 palavras e palavras-chave em português e em outro idioma.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d) Toda identificação de autoria saiu do texto e das propriedades do arquivo, e está nos metadados do OJS.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e) A submissão tem no máximo 3 autores, todos com a titulação mínima exigida.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f) Toda citação, direta ou indireta, tem localizador: p., cap., §, loc. ou passim.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g) As referências seguem a ABNT, estão em ordem alfabética, sem travessão, e todas as obras citadas aparecem na lista.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h) Tabelas e ilustrações estão numeradas, com título e indicação de fonte.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i) O texto é inédito e não está em avaliação em outro periódico.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j) Os campos de orientação foram substituídos e as instruções de preenchimento foram apagadas.</w:t>
      </w:r>
    </w:p>
    <w:sectPr w:rsidR="00FC693F" w:rsidRPr="0006063C" w:rsidSect="00034616">
      <w:pgSz w:w="12240" w:h="15840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